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A35B4" w14:textId="53A1C1BA" w:rsidR="00014922" w:rsidRDefault="00000000">
      <w:pPr>
        <w:spacing w:after="80"/>
      </w:pPr>
      <w:r>
        <w:rPr>
          <w:rFonts w:ascii="Arial" w:hAnsi="Arial"/>
          <w:b/>
          <w:color w:val="1A73E8"/>
          <w:sz w:val="48"/>
        </w:rPr>
        <w:t xml:space="preserve">Chrome Extension </w:t>
      </w:r>
      <w:r w:rsidR="00BE4D6F">
        <w:rPr>
          <w:rFonts w:ascii="Arial" w:hAnsi="Arial"/>
          <w:b/>
          <w:color w:val="1A73E8"/>
          <w:sz w:val="48"/>
        </w:rPr>
        <w:t xml:space="preserve">Local </w:t>
      </w:r>
      <w:r>
        <w:rPr>
          <w:rFonts w:ascii="Arial" w:hAnsi="Arial"/>
          <w:b/>
          <w:color w:val="1A73E8"/>
          <w:sz w:val="48"/>
        </w:rPr>
        <w:t>Deployment Guide</w:t>
      </w:r>
    </w:p>
    <w:p w14:paraId="511B0744" w14:textId="540D65CF" w:rsidR="00014922" w:rsidRDefault="00BE4D6F">
      <w:pPr>
        <w:spacing w:after="480"/>
      </w:pPr>
      <w:r>
        <w:rPr>
          <w:rFonts w:ascii="Arial" w:hAnsi="Arial"/>
          <w:color w:val="5F6368"/>
          <w:sz w:val="24"/>
        </w:rPr>
        <w:t>L</w:t>
      </w:r>
      <w:r w:rsidR="00000000">
        <w:rPr>
          <w:rFonts w:ascii="Arial" w:hAnsi="Arial"/>
          <w:color w:val="5F6368"/>
          <w:sz w:val="24"/>
        </w:rPr>
        <w:t>ocal setup and deployment steps for ChromeOS and Chrome Browsers</w:t>
      </w:r>
    </w:p>
    <w:p w14:paraId="3B766F1D" w14:textId="77777777" w:rsidR="00014922" w:rsidRDefault="00000000">
      <w:pPr>
        <w:spacing w:before="360" w:after="120"/>
      </w:pPr>
      <w:r>
        <w:rPr>
          <w:rFonts w:ascii="Arial" w:hAnsi="Arial"/>
          <w:b/>
          <w:color w:val="202124"/>
          <w:sz w:val="28"/>
        </w:rPr>
        <w:t>Part 1: Extracting 'chrome.zip' on ChromeOS</w:t>
      </w:r>
    </w:p>
    <w:p w14:paraId="6EC20507" w14:textId="025B1B9B" w:rsidR="00014922" w:rsidRDefault="00000000">
      <w:pPr>
        <w:pStyle w:val="Numreradlista"/>
        <w:spacing w:after="80"/>
      </w:pPr>
      <w:r>
        <w:rPr>
          <w:b/>
        </w:rPr>
        <w:t xml:space="preserve">Open the Files App: </w:t>
      </w:r>
      <w:r>
        <w:rPr>
          <w:rFonts w:ascii="Calibri" w:hAnsi="Calibri"/>
        </w:rPr>
        <w:t>Launch the system launcher and click the blue folder icon to enter the native storage directory.</w:t>
      </w:r>
      <w:r w:rsidR="00BE4D6F">
        <w:rPr>
          <w:rFonts w:ascii="Calibri" w:hAnsi="Calibri"/>
        </w:rPr>
        <w:br/>
      </w:r>
    </w:p>
    <w:p w14:paraId="6E266465" w14:textId="4EC4EC19" w:rsidR="00014922" w:rsidRDefault="00000000" w:rsidP="00BE4D6F">
      <w:pPr>
        <w:pStyle w:val="Numreradlista"/>
        <w:spacing w:after="80"/>
      </w:pPr>
      <w:r>
        <w:rPr>
          <w:rFonts w:ascii="Calibri" w:hAnsi="Calibri"/>
        </w:rPr>
        <w:t xml:space="preserve">Ensure your </w:t>
      </w:r>
      <w:r>
        <w:rPr>
          <w:b/>
        </w:rPr>
        <w:t>chrome.zip</w:t>
      </w:r>
      <w:r>
        <w:rPr>
          <w:rFonts w:ascii="Calibri" w:hAnsi="Calibri"/>
        </w:rPr>
        <w:t xml:space="preserve"> archive is situated explicitly under the </w:t>
      </w:r>
      <w:r>
        <w:rPr>
          <w:b/>
        </w:rPr>
        <w:t>My files -&gt; Downloads</w:t>
      </w:r>
      <w:r>
        <w:rPr>
          <w:rFonts w:ascii="Calibri" w:hAnsi="Calibri"/>
        </w:rPr>
        <w:t xml:space="preserve"> path on the left sidebar context menu.</w:t>
      </w:r>
      <w:r w:rsidR="00BE4D6F">
        <w:rPr>
          <w:rFonts w:ascii="Calibri" w:hAnsi="Calibri"/>
        </w:rPr>
        <w:br/>
      </w:r>
    </w:p>
    <w:p w14:paraId="51E65F71" w14:textId="0ADADF5B" w:rsidR="00014922" w:rsidRDefault="00000000">
      <w:pPr>
        <w:pStyle w:val="Numreradlista"/>
        <w:spacing w:after="120"/>
      </w:pPr>
      <w:r>
        <w:rPr>
          <w:b/>
        </w:rPr>
        <w:t xml:space="preserve">Extract the Extension Package: </w:t>
      </w:r>
      <w:r>
        <w:rPr>
          <w:rFonts w:ascii="Calibri" w:hAnsi="Calibri"/>
        </w:rPr>
        <w:t xml:space="preserve">Right-click (or tap synchronously with two fingers on your trackpad) the target archive file. Select </w:t>
      </w:r>
      <w:r>
        <w:rPr>
          <w:b/>
        </w:rPr>
        <w:t>Extract all</w:t>
      </w:r>
      <w:r>
        <w:rPr>
          <w:rFonts w:ascii="Calibri" w:hAnsi="Calibri"/>
        </w:rPr>
        <w:t xml:space="preserve"> from the context menu layout.</w:t>
      </w:r>
      <w:r w:rsidR="00BE4D6F">
        <w:rPr>
          <w:rFonts w:ascii="Calibri" w:hAnsi="Calibri"/>
        </w:rPr>
        <w:br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20"/>
      </w:tblGrid>
      <w:tr w:rsidR="00014922" w14:paraId="0007ACB9" w14:textId="77777777">
        <w:trPr>
          <w:jc w:val="center"/>
        </w:trPr>
        <w:tc>
          <w:tcPr>
            <w:tcW w:w="7920" w:type="dxa"/>
            <w:tcBorders>
              <w:top w:val="single" w:sz="4" w:space="0" w:color="DADCE0"/>
              <w:left w:val="single" w:sz="4" w:space="0" w:color="DADCE0"/>
              <w:bottom w:val="single" w:sz="4" w:space="0" w:color="DADCE0"/>
              <w:right w:val="single" w:sz="4" w:space="0" w:color="DADCE0"/>
            </w:tcBorders>
            <w:shd w:val="clear" w:color="auto" w:fill="F8F9F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E8497F" w14:textId="77777777" w:rsidR="00014922" w:rsidRDefault="00000000">
            <w:pPr>
              <w:spacing w:after="0"/>
            </w:pPr>
            <w:r>
              <w:rPr>
                <w:rFonts w:ascii="Consolas" w:hAnsi="Consolas"/>
                <w:color w:val="202124"/>
                <w:sz w:val="19"/>
              </w:rPr>
              <w:t xml:space="preserve">  +----------------------+</w:t>
            </w:r>
          </w:p>
          <w:p w14:paraId="23583FA4" w14:textId="77777777" w:rsidR="00014922" w:rsidRDefault="00000000">
            <w:pPr>
              <w:spacing w:after="0"/>
            </w:pPr>
            <w:r>
              <w:rPr>
                <w:rFonts w:ascii="Consolas" w:hAnsi="Consolas"/>
                <w:color w:val="202124"/>
                <w:sz w:val="19"/>
              </w:rPr>
              <w:t xml:space="preserve">  | Open                 |</w:t>
            </w:r>
          </w:p>
          <w:p w14:paraId="0B8E3A64" w14:textId="77777777" w:rsidR="00014922" w:rsidRDefault="00000000">
            <w:pPr>
              <w:spacing w:after="0"/>
            </w:pPr>
            <w:r>
              <w:rPr>
                <w:rFonts w:ascii="Consolas" w:hAnsi="Consolas"/>
                <w:color w:val="202124"/>
                <w:sz w:val="19"/>
              </w:rPr>
              <w:t xml:space="preserve">  | Open with...         |</w:t>
            </w:r>
          </w:p>
          <w:p w14:paraId="6A62D090" w14:textId="77777777" w:rsidR="00014922" w:rsidRDefault="00000000">
            <w:pPr>
              <w:spacing w:after="0"/>
            </w:pPr>
            <w:r>
              <w:rPr>
                <w:rFonts w:ascii="Consolas" w:hAnsi="Consolas"/>
                <w:color w:val="202124"/>
                <w:sz w:val="19"/>
              </w:rPr>
              <w:t xml:space="preserve">  | **Extract all** &lt;-- CLICK THIS TO GENERATE EXTRACTED FOLDER</w:t>
            </w:r>
          </w:p>
          <w:p w14:paraId="6BE81407" w14:textId="77777777" w:rsidR="00014922" w:rsidRDefault="00000000">
            <w:pPr>
              <w:spacing w:after="0"/>
            </w:pPr>
            <w:r>
              <w:rPr>
                <w:rFonts w:ascii="Consolas" w:hAnsi="Consolas"/>
                <w:color w:val="202124"/>
                <w:sz w:val="19"/>
              </w:rPr>
              <w:t xml:space="preserve">  | Share                |</w:t>
            </w:r>
          </w:p>
          <w:p w14:paraId="41554A14" w14:textId="77777777" w:rsidR="00014922" w:rsidRDefault="00000000">
            <w:pPr>
              <w:spacing w:after="0"/>
            </w:pPr>
            <w:r>
              <w:rPr>
                <w:rFonts w:ascii="Consolas" w:hAnsi="Consolas"/>
                <w:color w:val="202124"/>
                <w:sz w:val="19"/>
              </w:rPr>
              <w:t xml:space="preserve">  +----------------------+</w:t>
            </w:r>
          </w:p>
        </w:tc>
      </w:tr>
    </w:tbl>
    <w:p w14:paraId="1B00A232" w14:textId="77777777" w:rsidR="00BE4D6F" w:rsidRDefault="00BE4D6F" w:rsidP="00BE4D6F">
      <w:pPr>
        <w:spacing w:after="160"/>
        <w:rPr>
          <w:rFonts w:ascii="Calibri" w:hAnsi="Calibri"/>
        </w:rPr>
      </w:pPr>
    </w:p>
    <w:p w14:paraId="296BB933" w14:textId="73BE913C" w:rsidR="00BE4D6F" w:rsidRPr="00BE4D6F" w:rsidRDefault="00000000" w:rsidP="00BE4D6F">
      <w:pPr>
        <w:spacing w:after="160"/>
        <w:rPr>
          <w:rFonts w:ascii="Calibri" w:hAnsi="Calibri"/>
        </w:rPr>
      </w:pPr>
      <w:r>
        <w:rPr>
          <w:rFonts w:ascii="Calibri" w:hAnsi="Calibri"/>
        </w:rPr>
        <w:t>Upon decompression completion, a</w:t>
      </w:r>
      <w:r w:rsidR="00DA63EB">
        <w:rPr>
          <w:rFonts w:ascii="Calibri" w:hAnsi="Calibri"/>
        </w:rPr>
        <w:t xml:space="preserve"> </w:t>
      </w:r>
      <w:r>
        <w:rPr>
          <w:rFonts w:ascii="Calibri" w:hAnsi="Calibri"/>
        </w:rPr>
        <w:t>local directory structural layout named 'chrome' will be created at the root level of your local Downloads space.</w:t>
      </w:r>
      <w:r w:rsidR="00BE4D6F">
        <w:br w:type="page"/>
      </w:r>
    </w:p>
    <w:p w14:paraId="7C5EF910" w14:textId="77777777" w:rsidR="00014922" w:rsidRDefault="00000000">
      <w:pPr>
        <w:spacing w:before="360" w:after="120"/>
      </w:pPr>
      <w:r>
        <w:rPr>
          <w:rFonts w:ascii="Arial" w:hAnsi="Arial"/>
          <w:b/>
          <w:color w:val="202124"/>
          <w:sz w:val="28"/>
        </w:rPr>
        <w:lastRenderedPageBreak/>
        <w:t xml:space="preserve">Part 2: Loading the Unpacked Directory </w:t>
      </w:r>
      <w:proofErr w:type="gramStart"/>
      <w:r>
        <w:rPr>
          <w:rFonts w:ascii="Arial" w:hAnsi="Arial"/>
          <w:b/>
          <w:color w:val="202124"/>
          <w:sz w:val="28"/>
        </w:rPr>
        <w:t>Into</w:t>
      </w:r>
      <w:proofErr w:type="gramEnd"/>
      <w:r>
        <w:rPr>
          <w:rFonts w:ascii="Arial" w:hAnsi="Arial"/>
          <w:b/>
          <w:color w:val="202124"/>
          <w:sz w:val="28"/>
        </w:rPr>
        <w:t xml:space="preserve"> Chrome</w:t>
      </w:r>
    </w:p>
    <w:p w14:paraId="6285E1D5" w14:textId="7C317AB9" w:rsidR="00BE4D6F" w:rsidRDefault="00000000">
      <w:pPr>
        <w:pStyle w:val="Numreradlista"/>
        <w:spacing w:after="80"/>
      </w:pPr>
      <w:r>
        <w:rPr>
          <w:b/>
        </w:rPr>
        <w:t xml:space="preserve">Navigate to the Extensions Suite: </w:t>
      </w:r>
      <w:r>
        <w:rPr>
          <w:rFonts w:ascii="Calibri" w:hAnsi="Calibri"/>
        </w:rPr>
        <w:t xml:space="preserve">In a new tab, navigate directly to </w:t>
      </w:r>
      <w:r>
        <w:rPr>
          <w:b/>
        </w:rPr>
        <w:t>chrome://extensions</w:t>
      </w:r>
      <w:r>
        <w:rPr>
          <w:rFonts w:ascii="Calibri" w:hAnsi="Calibri"/>
        </w:rPr>
        <w:t>. Alternatively, hit the Puzzle Piece toolbar widget and select 'Manage Extensions'.</w:t>
      </w:r>
      <w:r w:rsidR="00BE4D6F">
        <w:rPr>
          <w:rFonts w:ascii="Calibri" w:hAnsi="Calibri"/>
        </w:rPr>
        <w:br/>
      </w:r>
      <w:r w:rsidR="00BE4D6F">
        <w:rPr>
          <w:rFonts w:ascii="Calibri" w:hAnsi="Calibri"/>
        </w:rPr>
        <w:br/>
      </w:r>
      <w:r w:rsidR="00BE4D6F">
        <w:rPr>
          <w:noProof/>
        </w:rPr>
        <w:drawing>
          <wp:inline distT="0" distB="0" distL="0" distR="0" wp14:anchorId="37113F23" wp14:editId="2BAFFACE">
            <wp:extent cx="5753100" cy="3686175"/>
            <wp:effectExtent l="0" t="0" r="0" b="9525"/>
            <wp:docPr id="944570753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E4D6F">
        <w:rPr>
          <w:rFonts w:ascii="Calibri" w:hAnsi="Calibri"/>
        </w:rPr>
        <w:br/>
      </w:r>
    </w:p>
    <w:p w14:paraId="113E0CD6" w14:textId="77777777" w:rsidR="00BE4D6F" w:rsidRDefault="00BE4D6F">
      <w:r>
        <w:br w:type="page"/>
      </w:r>
    </w:p>
    <w:p w14:paraId="57197F81" w14:textId="2F754122" w:rsidR="00014922" w:rsidRDefault="00000000" w:rsidP="00BE4D6F">
      <w:pPr>
        <w:pStyle w:val="Numreradlista"/>
        <w:spacing w:after="120"/>
      </w:pPr>
      <w:r>
        <w:rPr>
          <w:b/>
        </w:rPr>
        <w:lastRenderedPageBreak/>
        <w:t xml:space="preserve">Authorize Developer Privileges: </w:t>
      </w:r>
      <w:r>
        <w:rPr>
          <w:rFonts w:ascii="Calibri" w:hAnsi="Calibri"/>
        </w:rPr>
        <w:t xml:space="preserve">Locate the </w:t>
      </w:r>
      <w:r>
        <w:rPr>
          <w:b/>
        </w:rPr>
        <w:t>Developer mode</w:t>
      </w:r>
      <w:r>
        <w:rPr>
          <w:rFonts w:ascii="Calibri" w:hAnsi="Calibri"/>
        </w:rPr>
        <w:t xml:space="preserve"> toggle switch in the far upper-right corner and shift it to the </w:t>
      </w:r>
      <w:proofErr w:type="gramStart"/>
      <w:r>
        <w:rPr>
          <w:b/>
        </w:rPr>
        <w:t>On</w:t>
      </w:r>
      <w:proofErr w:type="gramEnd"/>
      <w:r>
        <w:rPr>
          <w:rFonts w:ascii="Calibri" w:hAnsi="Calibri"/>
        </w:rPr>
        <w:t xml:space="preserve"> position.</w:t>
      </w:r>
      <w:r w:rsidR="00BE4D6F">
        <w:rPr>
          <w:rFonts w:ascii="Calibri" w:hAnsi="Calibri"/>
        </w:rPr>
        <w:br/>
      </w:r>
    </w:p>
    <w:p w14:paraId="083D590D" w14:textId="6CD99213" w:rsidR="00014922" w:rsidRDefault="00000000">
      <w:pPr>
        <w:pStyle w:val="Numreradlista"/>
        <w:spacing w:after="120"/>
      </w:pPr>
      <w:r>
        <w:rPr>
          <w:rFonts w:ascii="Calibri" w:hAnsi="Calibri"/>
        </w:rPr>
        <w:t xml:space="preserve">Activating developer privileges triggers the immediate display of a secondary horizontal developer-centric control ribbon. Click on the </w:t>
      </w:r>
      <w:r>
        <w:rPr>
          <w:b/>
        </w:rPr>
        <w:t>Load unpacked</w:t>
      </w:r>
      <w:r>
        <w:rPr>
          <w:rFonts w:ascii="Calibri" w:hAnsi="Calibri"/>
        </w:rPr>
        <w:t xml:space="preserve"> </w:t>
      </w:r>
      <w:r w:rsidR="00BE4D6F">
        <w:rPr>
          <w:rFonts w:ascii="Calibri" w:hAnsi="Calibri"/>
        </w:rPr>
        <w:t>button.</w:t>
      </w:r>
      <w:r w:rsidR="00BE4D6F">
        <w:rPr>
          <w:rFonts w:ascii="Calibri" w:hAnsi="Calibri"/>
        </w:rPr>
        <w:br/>
      </w:r>
      <w:r w:rsidR="00BE4D6F">
        <w:rPr>
          <w:rFonts w:ascii="Calibri" w:hAnsi="Calibri"/>
        </w:rPr>
        <w:br/>
      </w:r>
      <w:r w:rsidR="00BE4D6F">
        <w:rPr>
          <w:noProof/>
        </w:rPr>
        <w:drawing>
          <wp:inline distT="0" distB="0" distL="0" distR="0" wp14:anchorId="241912D9" wp14:editId="70F4DF4D">
            <wp:extent cx="5760720" cy="4075430"/>
            <wp:effectExtent l="0" t="0" r="0" b="1270"/>
            <wp:docPr id="2017996614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7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517E9" w14:textId="77777777" w:rsidR="00014922" w:rsidRDefault="00014922">
      <w:pPr>
        <w:spacing w:after="80"/>
      </w:pPr>
    </w:p>
    <w:p w14:paraId="6623362F" w14:textId="4D78ADA5" w:rsidR="00014922" w:rsidRDefault="00000000">
      <w:pPr>
        <w:pStyle w:val="Numreradlista"/>
        <w:spacing w:after="120"/>
      </w:pPr>
      <w:r>
        <w:rPr>
          <w:rFonts w:ascii="Calibri" w:hAnsi="Calibri"/>
        </w:rPr>
        <w:t xml:space="preserve">A file selector portal will prompt for inputs. Traverse the tree to your local path and single-click the unzipped root directory named </w:t>
      </w:r>
      <w:r>
        <w:rPr>
          <w:b/>
        </w:rPr>
        <w:t>chrome</w:t>
      </w:r>
      <w:r>
        <w:rPr>
          <w:rFonts w:ascii="Calibri" w:hAnsi="Calibri"/>
        </w:rPr>
        <w:t xml:space="preserve">. Click </w:t>
      </w:r>
      <w:r>
        <w:rPr>
          <w:b/>
        </w:rPr>
        <w:t>Open</w:t>
      </w:r>
      <w:r>
        <w:rPr>
          <w:rFonts w:ascii="Calibri" w:hAnsi="Calibri"/>
        </w:rPr>
        <w:t xml:space="preserve"> or </w:t>
      </w:r>
      <w:r>
        <w:rPr>
          <w:b/>
        </w:rPr>
        <w:t>Select</w:t>
      </w:r>
      <w:r>
        <w:rPr>
          <w:rFonts w:ascii="Calibri" w:hAnsi="Calibri"/>
        </w:rPr>
        <w:t xml:space="preserve"> to bind it.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20"/>
      </w:tblGrid>
      <w:tr w:rsidR="00014922" w14:paraId="4A505B9A" w14:textId="77777777">
        <w:trPr>
          <w:jc w:val="center"/>
        </w:trPr>
        <w:tc>
          <w:tcPr>
            <w:tcW w:w="7920" w:type="dxa"/>
            <w:tcBorders>
              <w:top w:val="single" w:sz="4" w:space="0" w:color="DADCE0"/>
              <w:left w:val="single" w:sz="4" w:space="0" w:color="DADCE0"/>
              <w:bottom w:val="single" w:sz="4" w:space="0" w:color="DADCE0"/>
              <w:right w:val="single" w:sz="4" w:space="0" w:color="DADCE0"/>
            </w:tcBorders>
            <w:shd w:val="clear" w:color="auto" w:fill="F8F9F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FE2A288" w14:textId="77777777" w:rsidR="00014922" w:rsidRDefault="00000000">
            <w:pPr>
              <w:spacing w:after="0"/>
            </w:pPr>
            <w:r>
              <w:rPr>
                <w:rFonts w:ascii="Consolas" w:hAnsi="Consolas"/>
                <w:color w:val="202124"/>
                <w:sz w:val="19"/>
              </w:rPr>
              <w:t>📁 My files</w:t>
            </w:r>
          </w:p>
          <w:p w14:paraId="6482261A" w14:textId="77777777" w:rsidR="00014922" w:rsidRDefault="00000000">
            <w:pPr>
              <w:spacing w:after="0"/>
            </w:pPr>
            <w:r>
              <w:rPr>
                <w:rFonts w:ascii="Consolas" w:hAnsi="Consolas"/>
                <w:color w:val="202124"/>
                <w:sz w:val="19"/>
              </w:rPr>
              <w:t xml:space="preserve">   └── 📁 Downloads</w:t>
            </w:r>
          </w:p>
          <w:p w14:paraId="6FFCA675" w14:textId="29AA6D3B" w:rsidR="00014922" w:rsidRDefault="00000000">
            <w:pPr>
              <w:spacing w:after="0"/>
            </w:pPr>
            <w:r>
              <w:rPr>
                <w:rFonts w:ascii="Consolas" w:hAnsi="Consolas"/>
                <w:color w:val="202124"/>
                <w:sz w:val="19"/>
              </w:rPr>
              <w:t xml:space="preserve">        ├── 📁 chrome      &lt;-- CHOOSE THIS UNZIPPED LOCAL DIRECTORY</w:t>
            </w:r>
          </w:p>
          <w:p w14:paraId="4A8ACFBD" w14:textId="77777777" w:rsidR="00014922" w:rsidRDefault="00000000">
            <w:pPr>
              <w:spacing w:after="0"/>
            </w:pPr>
            <w:r>
              <w:rPr>
                <w:rFonts w:ascii="Consolas" w:hAnsi="Consolas"/>
                <w:color w:val="202124"/>
                <w:sz w:val="19"/>
              </w:rPr>
              <w:t xml:space="preserve">        └── 🤐 chrome.zip</w:t>
            </w:r>
          </w:p>
        </w:tc>
      </w:tr>
    </w:tbl>
    <w:p w14:paraId="1F5ACE8F" w14:textId="4B6E1DD8" w:rsidR="00014922" w:rsidRDefault="00014922">
      <w:pPr>
        <w:spacing w:after="240"/>
      </w:pPr>
    </w:p>
    <w:sectPr w:rsidR="00014922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15748830">
    <w:abstractNumId w:val="8"/>
  </w:num>
  <w:num w:numId="2" w16cid:durableId="858275596">
    <w:abstractNumId w:val="6"/>
  </w:num>
  <w:num w:numId="3" w16cid:durableId="817694719">
    <w:abstractNumId w:val="5"/>
  </w:num>
  <w:num w:numId="4" w16cid:durableId="991641267">
    <w:abstractNumId w:val="4"/>
  </w:num>
  <w:num w:numId="5" w16cid:durableId="1197431706">
    <w:abstractNumId w:val="7"/>
  </w:num>
  <w:num w:numId="6" w16cid:durableId="1327443736">
    <w:abstractNumId w:val="3"/>
  </w:num>
  <w:num w:numId="7" w16cid:durableId="1306667491">
    <w:abstractNumId w:val="2"/>
  </w:num>
  <w:num w:numId="8" w16cid:durableId="1177500834">
    <w:abstractNumId w:val="1"/>
  </w:num>
  <w:num w:numId="9" w16cid:durableId="664208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4922"/>
    <w:rsid w:val="00034616"/>
    <w:rsid w:val="0006063C"/>
    <w:rsid w:val="0015074B"/>
    <w:rsid w:val="0029639D"/>
    <w:rsid w:val="00326F90"/>
    <w:rsid w:val="006A61A9"/>
    <w:rsid w:val="007D3C5D"/>
    <w:rsid w:val="00AA1D8D"/>
    <w:rsid w:val="00B47730"/>
    <w:rsid w:val="00BE4D6F"/>
    <w:rsid w:val="00CB0664"/>
    <w:rsid w:val="00DA63E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D722A5"/>
  <w14:defaultImageDpi w14:val="300"/>
  <w15:docId w15:val="{982D5C4D-BDD8-4AB7-8DEA-382693F8A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277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Johannes Bergman</cp:lastModifiedBy>
  <cp:revision>4</cp:revision>
  <dcterms:created xsi:type="dcterms:W3CDTF">2013-12-23T23:15:00Z</dcterms:created>
  <dcterms:modified xsi:type="dcterms:W3CDTF">2026-06-11T06:44:00Z</dcterms:modified>
  <cp:category/>
</cp:coreProperties>
</file>